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中国，无锡（WuXi,China）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2026年8月6日15:00—22:00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2026年8月7日、8月8日、8月9日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2026年8月9日下午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梁溪区锦江之星品尚（南禅寺东林书院店）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江苏省无锡市梁溪区人民东路33-10号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大床房/双床房（含早），318元/晚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0510-82333888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