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中国，广州（GuangZhou,China）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2026年8月6日15:00—22:00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2026年8月7日、8月8日、8月9日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2026年8月9日下午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维也纳国际酒店（广州火车白云站上步地铁站店）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广州市白云区西槎路521号凯升国际广场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豪华无障碍大床/双床房：258元/间（含早），标准景观大床/双床房：288元/间（含早）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020-86604888-0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