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中国，济南（JiNan,China）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2026年7月30日15:00—22:00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2026年7月31日、8月1日、2日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2026年8月2日下午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济南华联大酒店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山东省济南市槐荫区经二路571号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大床房/双床房（含早） 250元/晚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0531-82889666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