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中国，东莞（DongGuan,China）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2026年7月30日15:00—22:00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2026年7月31日、8月1日、2日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2026年8月2日下午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恒新酒店（国贸中心元美地铁站店）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东莞市南城区银丰路18号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豪华大床/双床房 258元（含早）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0769-22881618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