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中国，成都（ChengDu,China）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2026年7月23日15:00—22:00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2026年7月24日、25日、26日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2026年7月26日下午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成都埃菲尔国际酒店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成都市武侯区佳灵路5号 红牌楼广场4号楼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行政大床房/双床房（含早） 270元/晚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028-68335999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