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中国，杭州（HangZhou,China）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2026年7月16日15:00—22:00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2026年7月17日、18日、19日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2026年7月19日下午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开元曼居酒店（杭州拱墅万达广场店）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杭州市拱墅区花园岗街168号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大床房、双床房，290元/晚（含早）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0571-88069999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