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44"/>
        </w:rPr>
        <w:t>众智商学院通知函</w:t>
      </w:r>
    </w:p>
    <w:p>
      <w:pPr>
        <w:pBdr>
          <w:bottom w:val="single" w:sz="12" w:space="1" w:color="1F497D"/>
        </w:pBdr>
      </w:pPr>
    </w:p>
    <w:p>
      <w:pPr>
        <w:shd w:val="clear" w:color="auto" w:fill="F2F2F2"/>
      </w:pPr>
      <w:r>
        <w:rPr>
          <w:rFonts w:ascii="Calibri" w:hAnsi="Calibri" w:eastAsia="微软雅黑"/>
          <w:b w:val="0"/>
          <w:i/>
          <w:sz w:val="20"/>
        </w:rPr>
        <w:t>Zhongzhi Training Business School Group Co. "Cultivate high-quality procurement management professionals for enterprises and train talents with professional needs to learn procurement management" Enterprise for the purpose.</w:t>
      </w:r>
    </w:p>
    <w:p>
      <w:r>
        <w:rPr>
          <w:rFonts w:ascii="Calibri" w:hAnsi="Calibri" w:eastAsia="微软雅黑"/>
          <w:b w:val="0"/>
          <w:i w:val="0"/>
          <w:sz w:val="21"/>
        </w:rPr>
        <w:t>众智商学院是一家以"为企业培养高素质采购管理专业人才，培训有学习采购管理专业需求人才"为宗旨的企业。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一、培训介绍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培训名称：</w:t>
      </w:r>
      <w:r>
        <w:rPr>
          <w:rFonts w:ascii="Calibri" w:hAnsi="Calibri" w:eastAsia="微软雅黑"/>
          <w:b w:val="0"/>
          <w:i w:val="0"/>
          <w:sz w:val="21"/>
        </w:rPr>
        <w:t>注册职业采购经理认证培训考试</w:t>
      </w:r>
    </w:p>
    <w:p>
      <w:pPr>
        <w:spacing w:after="40"/>
        <w:ind w:left="567"/>
      </w:pPr>
      <w:r>
        <w:rPr>
          <w:rFonts w:ascii="Calibri" w:hAnsi="Calibri" w:eastAsia="微软雅黑"/>
          <w:b w:val="0"/>
          <w:i/>
          <w:color w:val="808080"/>
          <w:sz w:val="19"/>
        </w:rPr>
        <w:t>（Certified training examination for registered professional purchasing manager）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培训城市：</w:t>
      </w:r>
      <w:r>
        <w:rPr>
          <w:rFonts w:ascii="Calibri" w:hAnsi="Calibri" w:eastAsia="微软雅黑"/>
          <w:b w:val="0"/>
          <w:i w:val="0"/>
          <w:sz w:val="21"/>
        </w:rPr>
        <w:t>中国，北京（BeiJing,China）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二、时间安排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报到时间：</w:t>
      </w:r>
      <w:r>
        <w:rPr>
          <w:rFonts w:ascii="Calibri" w:hAnsi="Calibri" w:eastAsia="微软雅黑"/>
          <w:b w:val="0"/>
          <w:i w:val="0"/>
          <w:sz w:val="21"/>
        </w:rPr>
        <w:t>2026年7月16日15:00—22:00 （不住宿学员可以参加培训当天报道）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培训时间：</w:t>
      </w:r>
      <w:r>
        <w:rPr>
          <w:rFonts w:ascii="Calibri" w:hAnsi="Calibri" w:eastAsia="微软雅黑"/>
          <w:b w:val="0"/>
          <w:i w:val="0"/>
          <w:sz w:val="21"/>
        </w:rPr>
        <w:t>2026年7月17日、18日、19日 （具体执行时间请参考下方课程表）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考试时间：</w:t>
      </w:r>
      <w:r>
        <w:rPr>
          <w:rFonts w:ascii="Calibri" w:hAnsi="Calibri" w:eastAsia="微软雅黑"/>
          <w:b w:val="0"/>
          <w:i w:val="0"/>
          <w:sz w:val="21"/>
        </w:rPr>
        <w:t>2026年7月19日下午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三、报到信息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培训地点：</w:t>
      </w:r>
      <w:r>
        <w:rPr>
          <w:rFonts w:ascii="Calibri" w:hAnsi="Calibri" w:eastAsia="微软雅黑"/>
          <w:b w:val="0"/>
          <w:i w:val="0"/>
          <w:sz w:val="21"/>
        </w:rPr>
        <w:t>北京冠京酒店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酒店地址：</w:t>
      </w:r>
      <w:r>
        <w:rPr>
          <w:rFonts w:ascii="Calibri" w:hAnsi="Calibri" w:eastAsia="微软雅黑"/>
          <w:b w:val="0"/>
          <w:i w:val="0"/>
          <w:sz w:val="21"/>
        </w:rPr>
        <w:t>北京市丰台区丰北路甲79号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住宿标准：</w:t>
      </w:r>
      <w:r>
        <w:rPr>
          <w:rFonts w:ascii="Calibri" w:hAnsi="Calibri" w:eastAsia="微软雅黑"/>
          <w:b w:val="0"/>
          <w:i w:val="0"/>
          <w:sz w:val="21"/>
        </w:rPr>
        <w:t>大床房/双床房（含早） 450元/晚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酒店座机：</w:t>
      </w:r>
      <w:r>
        <w:rPr>
          <w:rFonts w:ascii="Calibri" w:hAnsi="Calibri" w:eastAsia="微软雅黑"/>
          <w:b w:val="0"/>
          <w:i w:val="0"/>
          <w:sz w:val="21"/>
        </w:rPr>
        <w:t>010-83672999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四、培训负责人：</w:t>
      </w:r>
      <w:r>
        <w:rPr>
          <w:rFonts w:ascii="Calibri" w:hAnsi="Calibri" w:eastAsia="微软雅黑"/>
          <w:b/>
          <w:i w:val="0"/>
          <w:color w:val="C00000"/>
          <w:sz w:val="22"/>
        </w:rPr>
        <w:t xml:space="preserve">张明老师  19963017889   </w:t>
      </w:r>
      <w:r>
        <w:rPr>
          <w:rFonts w:ascii="Calibri" w:hAnsi="Calibri" w:eastAsia="微软雅黑"/>
          <w:b/>
          <w:i w:val="0"/>
          <w:color w:val="C00000"/>
          <w:sz w:val="22"/>
        </w:rPr>
        <w:t>400-880-3651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五、温馨提示：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1. </w:t>
      </w:r>
      <w:r>
        <w:rPr>
          <w:rFonts w:ascii="Calibri" w:hAnsi="Calibri" w:eastAsia="微软雅黑"/>
          <w:b w:val="0"/>
          <w:i w:val="0"/>
          <w:sz w:val="21"/>
        </w:rPr>
        <w:t>学院已准备：笔记本、2B铅笔、中性笔、削皮刀、橡皮。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2. </w:t>
      </w:r>
      <w:r>
        <w:rPr>
          <w:rFonts w:ascii="Calibri" w:hAnsi="Calibri" w:eastAsia="微软雅黑"/>
          <w:b w:val="0"/>
          <w:i w:val="0"/>
          <w:sz w:val="21"/>
        </w:rPr>
        <w:t>考试时需要学员携带本人身份证、小型计算器。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3. </w:t>
      </w:r>
      <w:r>
        <w:rPr>
          <w:rFonts w:ascii="Calibri" w:hAnsi="Calibri" w:eastAsia="微软雅黑"/>
          <w:b w:val="0"/>
          <w:i w:val="0"/>
          <w:sz w:val="21"/>
        </w:rPr>
        <w:t>学费尾款仅支持（支付宝、微信、现金）三种方式支付，开发票请在培训结束后联系业务老师。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4. </w:t>
      </w:r>
      <w:r>
        <w:rPr>
          <w:rFonts w:ascii="Calibri" w:hAnsi="Calibri" w:eastAsia="微软雅黑"/>
          <w:b w:val="0"/>
          <w:i w:val="0"/>
          <w:sz w:val="21"/>
        </w:rPr>
        <w:t>如本期已上报考试资料不参加的学员，会产生缺考费用（每科300元）。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5. </w:t>
      </w:r>
      <w:r>
        <w:rPr>
          <w:rFonts w:ascii="Calibri" w:hAnsi="Calibri" w:eastAsia="微软雅黑"/>
          <w:b w:val="0"/>
          <w:i w:val="0"/>
          <w:sz w:val="21"/>
        </w:rPr>
        <w:t>书籍教材线下可不携带，授课课件已包含书内必考知识点。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6. </w:t>
      </w:r>
      <w:r>
        <w:rPr>
          <w:rFonts w:ascii="Calibri" w:hAnsi="Calibri" w:eastAsia="微软雅黑"/>
          <w:b w:val="0"/>
          <w:i w:val="0"/>
          <w:sz w:val="21"/>
        </w:rPr>
        <w:t>学员回程建议在考试结束以后，请合理规划自行安排。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36"/>
        </w:rPr>
        <w:t>注册职业采购经理  CPPM  时间课程表</w:t>
      </w:r>
    </w:p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0"/>
        <w:gridCol w:w="3061"/>
        <w:gridCol w:w="3061"/>
        <w:gridCol w:w="2268"/>
      </w:tblGrid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时   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第一天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（周五）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第二天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（周六）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第三天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（周日）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上午场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下午场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考试时间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   14:00-16:00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CPPM  16:10-18:10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  <w:tc>
          <w:tcPr>
            <w:tcW w:type="dxa" w:w="8390"/>
            <w:vAlign w:val="center"/>
            <w:gridSpan w:val="3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  <w:t>预祝顺利通过考试</w:t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</w:tr>
    </w:tbl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50568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gongzhongha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505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36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app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3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公众号</w:t>
            </w:r>
          </w:p>
          <w:p>
            <w:pPr>
              <w:spacing w:before="120"/>
              <w:jc w:val="center"/>
            </w:pPr>
            <w:r>
              <w:t>查成绩关注"智培盟"公众号</w:t>
              <w:br/>
            </w:r>
            <w:r>
              <w:t>对话框回复"查成绩"即可查询您的考试结果。</w:t>
              <w:br/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APP下载</w:t>
            </w:r>
          </w:p>
          <w:p>
            <w:pPr>
              <w:spacing w:before="120"/>
              <w:jc w:val="center"/>
            </w:pPr>
            <w:r>
              <w:t>请保持使用和分享好友一起</w:t>
              <w:br/>
            </w:r>
            <w:r>
              <w:t>学习APP内更多精彩课程。</w:t>
              <w:br/>
            </w:r>
          </w:p>
        </w:tc>
      </w:tr>
    </w:tbl>
    <w:p>
      <w:pPr>
        <w:spacing w:before="360"/>
        <w:jc w:val="center"/>
      </w:pPr>
      <w:r>
        <w:rPr>
          <w:rFonts w:ascii="Calibri" w:hAnsi="Calibri" w:eastAsia="微软雅黑"/>
          <w:b w:val="0"/>
          <w:i w:val="0"/>
          <w:color w:val="1F497D"/>
          <w:sz w:val="21"/>
        </w:rPr>
        <w:t>全国服务电话：4008803651        官方报名网址：https://www.cppmchina.com/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