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中国，北京（BeiJing,China）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2026年6月25日15:00—22:00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2026年6月26日、27日、28日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2026年6月28日下午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北京冠京酒店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北京市丰台区丰北路甲79号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大床房/双床房（含早），450元/晚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010-83672999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